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"ורד לאמילי" מאת ויליאם פוקנר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 ואת הדמויות המרכזיות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הסיפור הלא-כרונולוגי ואת תפקיד המספר הקיבוצי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מטפורה, דימוי ורמז מטרים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קול קיבוצי של תושבי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גותיקה דרומית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שהוא 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ארסן, רעל עכברים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גופתו של הומר וקווצת שיער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אביה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קופץ בין תקופות ונפתח דווקא במוות של אמילי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הסיפור מסופר בלשון 'אנחנו'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הומר מתואר כמי שאינו מתכוון להתחתן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דיוקנו הגיר ממשיך לעמוד בבית לאורך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העיר רק מרכלת ומתבוננת, אך אינה מתערבת באמת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(בת אצולה דרומית שמסרבת לוותר על מה שאיבדה)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(מנהל עבודה מהצפון שנעלם ולא התכוון להתחתן)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(אב שתלטן שגירש מעליה את כל המחזרים)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(מספר קיבוצי שמרכל ומתבונן אך לא מתערב)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(האדם היחיד שנכנס לביתה של אמילי במשך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פוקנר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הכרונולוגי (לא כסדר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אביה של אמילי מגרש את כל מחזריה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אביה של אמילי מת, ואמילי מסרבת למסור את גופתו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אמילי נראית בחברת הומר בארון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אמילי קונה ארסן מהרוקח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הומר נעלם מהעיר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אמילי מתה, ותושבי העיר פורצים לחדר העליון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הקול הקיבוצי יוצר תחושת סוד ומסתורין, כי המספר יודע רק מה שראה ושמע. זה גם מראה שהעיר כולה אחראית ומעורבת בטרגדיה, לא רק מתבוננת מהצד.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מנומקת המתייחסת לרגע מהעלילה, למשל גילוי הגופה או קווצת השיער, תתקבל.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למספר הקיבוצי 'אנחנו' ולתפקידו ביצירת מסתורין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לגילוי גופתו של הומר וקווצת השיער, והקשר לתפנית הסיום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לאחד הנושאים: זמן ועבר, בדידות ושליטה, הקהילה המתבוננת, או מסורת ומעמד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בקול את המשפט הפותח ואת המשפט הסוגר לפני תחילת התרגול, כדי להמחיש את התפנית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בשאלה מדוע הסופר בחר לא לספר את הסיפור בסדר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כקשים יותר בכיתות חלשות או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"ורד לאמילי" מאת ויליאם פוקנר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הסיפור "ורד לאמילי". נכיר את הדמויות, את סדר הסיפור המיוחד, ואת הסוף המפתיע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קיבוצי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מספר שמייצג קבוצה שלמה, כמו 'אנחנו' תושבי העיר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גותיקה דרומית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סוגה ספרותית עם אווירה אפלה, בתים נרקבים וסודות משפחתיים בדרום ארצות הברית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דבר אחד כאילו הוא דבר אחר, בלי מילת 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באמצעות מילת דימוי כמו 'כמו'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מטרים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קטן בתחילת הסיפור שמרמז על מה שיקרה בהמשך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פתאומי בעלילה שמפתיע את הקורא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אצולה דרומית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עשירות ומיוחסות בדרום ארצות הברית לפני מלחמת האזרחים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רעל שאמילי קונה מהרוקח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מספר לנו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אמילי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קיבוצי של תושבי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הומר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המשרת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לסוג הסיפור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אגדת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גותיקה דרומית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קומדיה רומנטית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אמילי לא מוכנה להגיד על אביה?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עזב את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אמילי קונה בבית המרקחת?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ארסן, רעל עכברים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תרופה לאביה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תושבי העיר מוצאים בחדר הנעול?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פרידה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תכשיט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גופתו של הומר וקווצת 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לא נתן לאמילי להתחתן כשהייתה צעירה?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בסדר כרונולוגי מלא, מההתחלה לסוף.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בסיפור הוא קול קיבוצי של תושבי העיר.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הומר בארון מתכוון להתחתן עם אמילי.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אביה של אמילי נוכח גם אחרי מותו, בתמונה בטרקלין.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תושבי העיר מתערבים ועוצרים את אמילי לפני הרצח.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מיס אמילי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האדם היחיד שנכנס לביתה של אמילי במשך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הומר בארון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בת אצולה דרומית שמסרבת לוותר על מה שאיבדה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אביה של אמילי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מנהל עבודה מהצפון שנעלם ולא התכוון להתחתן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תושבי העיר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אב שתלטן שגירש מעליה את כל המחזרים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המשרת הזקן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קיבוצי שמרכל ומתבונן אך לא מתערב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הסיפור "ורד לאמילי" נכתב על ידי הסופר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המספר בסיפור הוא קול קיבוצי שמכונה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אמילי קונה אצל הרוקח רעל עכברים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בחדר העליון מתגלה על הכר קווצת שיער בצבע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הכרונולוגי (לא כסדר הסיפור)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אמילי קונה ארסן מהרוקח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אמילי נראית בחברת הומר בארון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אביה של אמילי מגרש את כל מחזריה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אביה של אמילי מת, ואמילי מסרבת למסור את גופתו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אמילי מתה, ותושבי העיר פורצים לחדר העליון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הומר נעלם מהעיר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בחר הסופר לספר את הסיפור דרך קול קיבוצי של תושבי העיר ('אנחנו')?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לדעתכם הרגע המפתיע ביותר בסיפור? הסבירו בקצרה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מספר את הסיפור, ומה המיוחד בבחירה הזו?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מתגלה בסוף הסיפור, וכיצד זה משנה את הבנתנו את העלילה?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נושא מרכזי אחד בסיפור, והסבירו בקצרה כיצד הוא בא לידי ביטוי.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"ורד לאמילי" מאת ויליאם פוקנר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